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260FE" w14:textId="63A3C0FE" w:rsidR="00431905" w:rsidRDefault="00000000" w:rsidP="00896F1B">
      <w:pPr>
        <w:pStyle w:val="IntenseQuote"/>
        <w:spacing w:before="120" w:after="120"/>
        <w:jc w:val="center"/>
      </w:pPr>
      <w:r>
        <w:t>"[</w:t>
      </w:r>
      <w:r w:rsidR="00E06400" w:rsidRPr="00E06400">
        <w:t xml:space="preserve"> </w:t>
      </w:r>
      <w:r w:rsidR="00E06400">
        <w:t>Title of the Article</w:t>
      </w:r>
      <w:r>
        <w:t>]"</w:t>
      </w:r>
    </w:p>
    <w:p w14:paraId="16A12734" w14:textId="2A4DF14C" w:rsidR="00431905" w:rsidRDefault="00000000" w:rsidP="004D4426">
      <w:r>
        <w:t>List of authors:</w:t>
      </w:r>
    </w:p>
    <w:tbl>
      <w:tblPr>
        <w:tblStyle w:val="TableGrid"/>
        <w:tblW w:w="4936" w:type="pct"/>
        <w:tblLook w:val="0480" w:firstRow="0" w:lastRow="0" w:firstColumn="1" w:lastColumn="0" w:noHBand="0" w:noVBand="1"/>
      </w:tblPr>
      <w:tblGrid>
        <w:gridCol w:w="466"/>
        <w:gridCol w:w="2399"/>
        <w:gridCol w:w="1912"/>
        <w:gridCol w:w="5057"/>
      </w:tblGrid>
      <w:tr w:rsidR="00D0158A" w:rsidRPr="00D0158A" w14:paraId="2EE3F4BF" w14:textId="77777777" w:rsidTr="00576909">
        <w:tc>
          <w:tcPr>
            <w:tcW w:w="237" w:type="pct"/>
            <w:vMerge w:val="restart"/>
            <w:shd w:val="clear" w:color="auto" w:fill="DBE5F1" w:themeFill="accent1" w:themeFillTint="33"/>
            <w:vAlign w:val="center"/>
          </w:tcPr>
          <w:p w14:paraId="7F4A7B61" w14:textId="77777777" w:rsidR="00D0158A" w:rsidRPr="00D0158A" w:rsidRDefault="00D0158A" w:rsidP="00D0158A">
            <w:pPr>
              <w:jc w:val="center"/>
              <w:rPr>
                <w:sz w:val="18"/>
                <w:szCs w:val="18"/>
              </w:rPr>
            </w:pPr>
            <w:r w:rsidRPr="00D0158A">
              <w:rPr>
                <w:sz w:val="18"/>
                <w:szCs w:val="18"/>
              </w:rPr>
              <w:t>1</w:t>
            </w:r>
          </w:p>
        </w:tc>
        <w:tc>
          <w:tcPr>
            <w:tcW w:w="1220" w:type="pct"/>
            <w:vMerge w:val="restart"/>
            <w:shd w:val="clear" w:color="auto" w:fill="DBE5F1" w:themeFill="accent1" w:themeFillTint="33"/>
            <w:vAlign w:val="center"/>
          </w:tcPr>
          <w:p w14:paraId="3F1FA8F7" w14:textId="498FCF71" w:rsidR="00D0158A" w:rsidRPr="00D0158A" w:rsidRDefault="00D0158A" w:rsidP="00D0158A">
            <w:pPr>
              <w:rPr>
                <w:sz w:val="18"/>
                <w:szCs w:val="18"/>
              </w:rPr>
            </w:pPr>
            <w:r w:rsidRPr="00D0158A">
              <w:rPr>
                <w:sz w:val="18"/>
                <w:szCs w:val="18"/>
              </w:rPr>
              <w:t>Autor 1 full name</w:t>
            </w:r>
          </w:p>
        </w:tc>
        <w:tc>
          <w:tcPr>
            <w:tcW w:w="972" w:type="pct"/>
            <w:shd w:val="clear" w:color="auto" w:fill="DBE5F1" w:themeFill="accent1" w:themeFillTint="33"/>
          </w:tcPr>
          <w:p w14:paraId="3CA1EAE4" w14:textId="25F5D1B6" w:rsidR="00D0158A" w:rsidRPr="00D0158A" w:rsidRDefault="00D0158A" w:rsidP="00D0158A">
            <w:pPr>
              <w:rPr>
                <w:sz w:val="18"/>
                <w:szCs w:val="18"/>
              </w:rPr>
            </w:pPr>
            <w:r w:rsidRPr="00D0158A">
              <w:rPr>
                <w:sz w:val="18"/>
                <w:szCs w:val="18"/>
              </w:rPr>
              <w:t>Full Affiliation</w:t>
            </w:r>
          </w:p>
        </w:tc>
        <w:tc>
          <w:tcPr>
            <w:tcW w:w="2571" w:type="pct"/>
            <w:shd w:val="clear" w:color="auto" w:fill="DBE5F1" w:themeFill="accent1" w:themeFillTint="33"/>
          </w:tcPr>
          <w:p w14:paraId="2ABCFA88" w14:textId="25456955" w:rsidR="00D0158A" w:rsidRPr="00D0158A" w:rsidRDefault="00D0158A" w:rsidP="00D0158A">
            <w:pPr>
              <w:rPr>
                <w:sz w:val="18"/>
                <w:szCs w:val="18"/>
              </w:rPr>
            </w:pPr>
            <w:r w:rsidRPr="00D0158A">
              <w:rPr>
                <w:sz w:val="18"/>
                <w:szCs w:val="18"/>
              </w:rPr>
              <w:t>Department, College, University, City, Country.</w:t>
            </w:r>
          </w:p>
        </w:tc>
      </w:tr>
      <w:tr w:rsidR="00D0158A" w:rsidRPr="00D0158A" w14:paraId="6FE4FC4A" w14:textId="77777777" w:rsidTr="00576909">
        <w:tc>
          <w:tcPr>
            <w:tcW w:w="237" w:type="pct"/>
            <w:vMerge/>
            <w:shd w:val="clear" w:color="auto" w:fill="DBE5F1" w:themeFill="accent1" w:themeFillTint="33"/>
            <w:vAlign w:val="center"/>
          </w:tcPr>
          <w:p w14:paraId="733BC78A" w14:textId="77777777" w:rsidR="00D0158A" w:rsidRPr="00D0158A" w:rsidRDefault="00D0158A" w:rsidP="00D0158A">
            <w:pPr>
              <w:jc w:val="center"/>
              <w:rPr>
                <w:sz w:val="18"/>
                <w:szCs w:val="18"/>
              </w:rPr>
            </w:pPr>
          </w:p>
        </w:tc>
        <w:tc>
          <w:tcPr>
            <w:tcW w:w="1220" w:type="pct"/>
            <w:vMerge/>
            <w:shd w:val="clear" w:color="auto" w:fill="DBE5F1" w:themeFill="accent1" w:themeFillTint="33"/>
            <w:vAlign w:val="center"/>
          </w:tcPr>
          <w:p w14:paraId="08F341CA" w14:textId="77777777" w:rsidR="00D0158A" w:rsidRPr="00D0158A" w:rsidRDefault="00D0158A" w:rsidP="00D0158A">
            <w:pPr>
              <w:rPr>
                <w:sz w:val="18"/>
                <w:szCs w:val="18"/>
              </w:rPr>
            </w:pPr>
          </w:p>
        </w:tc>
        <w:tc>
          <w:tcPr>
            <w:tcW w:w="972" w:type="pct"/>
            <w:shd w:val="clear" w:color="auto" w:fill="DBE5F1" w:themeFill="accent1" w:themeFillTint="33"/>
          </w:tcPr>
          <w:p w14:paraId="772F9362" w14:textId="3C172684" w:rsidR="00D0158A" w:rsidRPr="00D0158A" w:rsidRDefault="00D0158A" w:rsidP="00D0158A">
            <w:pPr>
              <w:rPr>
                <w:sz w:val="18"/>
                <w:szCs w:val="18"/>
              </w:rPr>
            </w:pPr>
            <w:r w:rsidRPr="00D0158A">
              <w:rPr>
                <w:sz w:val="18"/>
                <w:szCs w:val="18"/>
              </w:rPr>
              <w:t>Email Address</w:t>
            </w:r>
          </w:p>
        </w:tc>
        <w:tc>
          <w:tcPr>
            <w:tcW w:w="2571" w:type="pct"/>
            <w:shd w:val="clear" w:color="auto" w:fill="DBE5F1" w:themeFill="accent1" w:themeFillTint="33"/>
          </w:tcPr>
          <w:p w14:paraId="77360EDC" w14:textId="6D8B2BE4" w:rsidR="00D0158A" w:rsidRPr="00D0158A" w:rsidRDefault="00D0158A" w:rsidP="00D0158A">
            <w:pPr>
              <w:rPr>
                <w:sz w:val="18"/>
                <w:szCs w:val="18"/>
              </w:rPr>
            </w:pPr>
            <w:r w:rsidRPr="00D0158A">
              <w:rPr>
                <w:sz w:val="18"/>
                <w:szCs w:val="18"/>
              </w:rPr>
              <w:t>Must be university email.</w:t>
            </w:r>
          </w:p>
        </w:tc>
      </w:tr>
      <w:tr w:rsidR="00D0158A" w:rsidRPr="00D0158A" w14:paraId="60735A4E" w14:textId="77777777" w:rsidTr="00576909">
        <w:tc>
          <w:tcPr>
            <w:tcW w:w="237" w:type="pct"/>
            <w:vMerge/>
            <w:shd w:val="clear" w:color="auto" w:fill="DBE5F1" w:themeFill="accent1" w:themeFillTint="33"/>
            <w:vAlign w:val="center"/>
          </w:tcPr>
          <w:p w14:paraId="6D0ABEC1" w14:textId="77777777" w:rsidR="00D0158A" w:rsidRPr="00D0158A" w:rsidRDefault="00D0158A" w:rsidP="00D0158A">
            <w:pPr>
              <w:jc w:val="center"/>
              <w:rPr>
                <w:sz w:val="18"/>
                <w:szCs w:val="18"/>
              </w:rPr>
            </w:pPr>
          </w:p>
        </w:tc>
        <w:tc>
          <w:tcPr>
            <w:tcW w:w="1220" w:type="pct"/>
            <w:vMerge/>
            <w:shd w:val="clear" w:color="auto" w:fill="DBE5F1" w:themeFill="accent1" w:themeFillTint="33"/>
            <w:vAlign w:val="center"/>
          </w:tcPr>
          <w:p w14:paraId="7D36C005" w14:textId="77777777" w:rsidR="00D0158A" w:rsidRPr="00D0158A" w:rsidRDefault="00D0158A" w:rsidP="00D0158A">
            <w:pPr>
              <w:rPr>
                <w:sz w:val="18"/>
                <w:szCs w:val="18"/>
              </w:rPr>
            </w:pPr>
          </w:p>
        </w:tc>
        <w:tc>
          <w:tcPr>
            <w:tcW w:w="972" w:type="pct"/>
            <w:shd w:val="clear" w:color="auto" w:fill="DBE5F1" w:themeFill="accent1" w:themeFillTint="33"/>
          </w:tcPr>
          <w:p w14:paraId="38716B1D" w14:textId="112C0381" w:rsidR="00D0158A" w:rsidRPr="00D0158A" w:rsidRDefault="00D0158A" w:rsidP="00D0158A">
            <w:pPr>
              <w:rPr>
                <w:sz w:val="18"/>
                <w:szCs w:val="18"/>
              </w:rPr>
            </w:pPr>
            <w:r w:rsidRPr="00D0158A">
              <w:rPr>
                <w:sz w:val="18"/>
                <w:szCs w:val="18"/>
              </w:rPr>
              <w:t>ORCID ID</w:t>
            </w:r>
          </w:p>
        </w:tc>
        <w:tc>
          <w:tcPr>
            <w:tcW w:w="2571" w:type="pct"/>
            <w:shd w:val="clear" w:color="auto" w:fill="DBE5F1" w:themeFill="accent1" w:themeFillTint="33"/>
          </w:tcPr>
          <w:p w14:paraId="72271591" w14:textId="608F319F" w:rsidR="00D0158A" w:rsidRPr="00D0158A" w:rsidRDefault="00D0158A" w:rsidP="00D0158A">
            <w:pPr>
              <w:rPr>
                <w:sz w:val="18"/>
                <w:szCs w:val="18"/>
              </w:rPr>
            </w:pPr>
            <w:r w:rsidRPr="00D0158A">
              <w:rPr>
                <w:sz w:val="18"/>
                <w:szCs w:val="18"/>
              </w:rPr>
              <w:t>https://orcid.org/0000-0000-0000-0000</w:t>
            </w:r>
          </w:p>
        </w:tc>
      </w:tr>
      <w:tr w:rsidR="00D0158A" w:rsidRPr="00D0158A" w14:paraId="02E68460" w14:textId="77777777" w:rsidTr="00576909">
        <w:tc>
          <w:tcPr>
            <w:tcW w:w="237" w:type="pct"/>
            <w:vMerge w:val="restart"/>
            <w:vAlign w:val="center"/>
          </w:tcPr>
          <w:p w14:paraId="51BB93C9" w14:textId="5836B664" w:rsidR="00D0158A" w:rsidRPr="00D0158A" w:rsidRDefault="00D0158A" w:rsidP="00D0158A">
            <w:pPr>
              <w:jc w:val="center"/>
              <w:rPr>
                <w:sz w:val="18"/>
                <w:szCs w:val="18"/>
              </w:rPr>
            </w:pPr>
            <w:r>
              <w:rPr>
                <w:sz w:val="18"/>
                <w:szCs w:val="18"/>
              </w:rPr>
              <w:t>2</w:t>
            </w:r>
          </w:p>
        </w:tc>
        <w:tc>
          <w:tcPr>
            <w:tcW w:w="1220" w:type="pct"/>
            <w:vMerge w:val="restart"/>
            <w:vAlign w:val="center"/>
          </w:tcPr>
          <w:p w14:paraId="32D6E505" w14:textId="59010B71" w:rsidR="00D0158A" w:rsidRPr="00D0158A" w:rsidRDefault="00D0158A" w:rsidP="00D0158A">
            <w:pPr>
              <w:rPr>
                <w:sz w:val="18"/>
                <w:szCs w:val="18"/>
              </w:rPr>
            </w:pPr>
            <w:r w:rsidRPr="00D0158A">
              <w:rPr>
                <w:sz w:val="18"/>
                <w:szCs w:val="18"/>
              </w:rPr>
              <w:t xml:space="preserve">Autor </w:t>
            </w:r>
            <w:r>
              <w:rPr>
                <w:sz w:val="18"/>
                <w:szCs w:val="18"/>
              </w:rPr>
              <w:t>2</w:t>
            </w:r>
            <w:r w:rsidRPr="00D0158A">
              <w:rPr>
                <w:sz w:val="18"/>
                <w:szCs w:val="18"/>
              </w:rPr>
              <w:t xml:space="preserve"> full name</w:t>
            </w:r>
          </w:p>
        </w:tc>
        <w:tc>
          <w:tcPr>
            <w:tcW w:w="972" w:type="pct"/>
          </w:tcPr>
          <w:p w14:paraId="791CCF26" w14:textId="2486B65E" w:rsidR="00D0158A" w:rsidRPr="00D0158A" w:rsidRDefault="00D0158A" w:rsidP="00D0158A">
            <w:pPr>
              <w:rPr>
                <w:sz w:val="18"/>
                <w:szCs w:val="18"/>
              </w:rPr>
            </w:pPr>
            <w:r w:rsidRPr="00D0158A">
              <w:rPr>
                <w:sz w:val="18"/>
                <w:szCs w:val="18"/>
              </w:rPr>
              <w:t>Full Affiliation</w:t>
            </w:r>
          </w:p>
        </w:tc>
        <w:tc>
          <w:tcPr>
            <w:tcW w:w="2571" w:type="pct"/>
          </w:tcPr>
          <w:p w14:paraId="6143D8F1" w14:textId="5BFC463C" w:rsidR="00D0158A" w:rsidRPr="00D0158A" w:rsidRDefault="00D0158A" w:rsidP="00D0158A">
            <w:pPr>
              <w:rPr>
                <w:sz w:val="18"/>
                <w:szCs w:val="18"/>
              </w:rPr>
            </w:pPr>
          </w:p>
        </w:tc>
      </w:tr>
      <w:tr w:rsidR="00D0158A" w:rsidRPr="00D0158A" w14:paraId="6A0D2A3D" w14:textId="77777777" w:rsidTr="00576909">
        <w:tc>
          <w:tcPr>
            <w:tcW w:w="237" w:type="pct"/>
            <w:vMerge/>
          </w:tcPr>
          <w:p w14:paraId="50FF8295" w14:textId="761E60DC" w:rsidR="00D0158A" w:rsidRPr="00D0158A" w:rsidRDefault="00D0158A" w:rsidP="00D0158A">
            <w:pPr>
              <w:rPr>
                <w:sz w:val="18"/>
                <w:szCs w:val="18"/>
              </w:rPr>
            </w:pPr>
          </w:p>
        </w:tc>
        <w:tc>
          <w:tcPr>
            <w:tcW w:w="1220" w:type="pct"/>
            <w:vMerge/>
          </w:tcPr>
          <w:p w14:paraId="6B3B2FDF" w14:textId="77777777" w:rsidR="00D0158A" w:rsidRPr="00D0158A" w:rsidRDefault="00D0158A" w:rsidP="00D0158A">
            <w:pPr>
              <w:rPr>
                <w:sz w:val="18"/>
                <w:szCs w:val="18"/>
              </w:rPr>
            </w:pPr>
          </w:p>
        </w:tc>
        <w:tc>
          <w:tcPr>
            <w:tcW w:w="972" w:type="pct"/>
          </w:tcPr>
          <w:p w14:paraId="58A87D50" w14:textId="5B1D882F" w:rsidR="00D0158A" w:rsidRPr="00D0158A" w:rsidRDefault="00D0158A" w:rsidP="00D0158A">
            <w:pPr>
              <w:rPr>
                <w:sz w:val="18"/>
                <w:szCs w:val="18"/>
              </w:rPr>
            </w:pPr>
            <w:r w:rsidRPr="00D0158A">
              <w:rPr>
                <w:sz w:val="18"/>
                <w:szCs w:val="18"/>
              </w:rPr>
              <w:t>Email Address</w:t>
            </w:r>
          </w:p>
        </w:tc>
        <w:tc>
          <w:tcPr>
            <w:tcW w:w="2571" w:type="pct"/>
          </w:tcPr>
          <w:p w14:paraId="52DC5747" w14:textId="781F6567" w:rsidR="00D0158A" w:rsidRPr="00D0158A" w:rsidRDefault="00D0158A" w:rsidP="00D0158A">
            <w:pPr>
              <w:rPr>
                <w:sz w:val="18"/>
                <w:szCs w:val="18"/>
              </w:rPr>
            </w:pPr>
          </w:p>
        </w:tc>
      </w:tr>
      <w:tr w:rsidR="00D0158A" w:rsidRPr="00D0158A" w14:paraId="6FADB14B" w14:textId="77777777" w:rsidTr="00576909">
        <w:tc>
          <w:tcPr>
            <w:tcW w:w="237" w:type="pct"/>
            <w:vMerge/>
          </w:tcPr>
          <w:p w14:paraId="7A3105D8" w14:textId="51F0D7F1" w:rsidR="00D0158A" w:rsidRPr="00D0158A" w:rsidRDefault="00D0158A" w:rsidP="00D0158A">
            <w:pPr>
              <w:rPr>
                <w:sz w:val="18"/>
                <w:szCs w:val="18"/>
              </w:rPr>
            </w:pPr>
          </w:p>
        </w:tc>
        <w:tc>
          <w:tcPr>
            <w:tcW w:w="1220" w:type="pct"/>
            <w:vMerge/>
          </w:tcPr>
          <w:p w14:paraId="136D43AE" w14:textId="77777777" w:rsidR="00D0158A" w:rsidRPr="00D0158A" w:rsidRDefault="00D0158A" w:rsidP="00D0158A">
            <w:pPr>
              <w:rPr>
                <w:sz w:val="18"/>
                <w:szCs w:val="18"/>
              </w:rPr>
            </w:pPr>
          </w:p>
        </w:tc>
        <w:tc>
          <w:tcPr>
            <w:tcW w:w="972" w:type="pct"/>
          </w:tcPr>
          <w:p w14:paraId="61CA1E36" w14:textId="33FC28A4" w:rsidR="00D0158A" w:rsidRPr="00D0158A" w:rsidRDefault="00D0158A" w:rsidP="00D0158A">
            <w:pPr>
              <w:rPr>
                <w:sz w:val="18"/>
                <w:szCs w:val="18"/>
              </w:rPr>
            </w:pPr>
            <w:r w:rsidRPr="00D0158A">
              <w:rPr>
                <w:sz w:val="18"/>
                <w:szCs w:val="18"/>
              </w:rPr>
              <w:t>ORCID ID</w:t>
            </w:r>
          </w:p>
        </w:tc>
        <w:tc>
          <w:tcPr>
            <w:tcW w:w="2571" w:type="pct"/>
          </w:tcPr>
          <w:p w14:paraId="21F5D9B5" w14:textId="6782190D" w:rsidR="00D0158A" w:rsidRPr="00D0158A" w:rsidRDefault="00D0158A" w:rsidP="00D0158A">
            <w:pPr>
              <w:rPr>
                <w:sz w:val="18"/>
                <w:szCs w:val="18"/>
              </w:rPr>
            </w:pPr>
          </w:p>
        </w:tc>
      </w:tr>
      <w:tr w:rsidR="00D0158A" w:rsidRPr="00D0158A" w14:paraId="4DDB6045" w14:textId="77777777" w:rsidTr="00576909">
        <w:tc>
          <w:tcPr>
            <w:tcW w:w="237" w:type="pct"/>
            <w:vMerge w:val="restart"/>
            <w:shd w:val="clear" w:color="auto" w:fill="DBE5F1" w:themeFill="accent1" w:themeFillTint="33"/>
            <w:vAlign w:val="center"/>
          </w:tcPr>
          <w:p w14:paraId="75778174" w14:textId="14903B85" w:rsidR="00D0158A" w:rsidRPr="00D0158A" w:rsidRDefault="00D0158A" w:rsidP="00D0158A">
            <w:pPr>
              <w:jc w:val="center"/>
              <w:rPr>
                <w:sz w:val="18"/>
                <w:szCs w:val="18"/>
              </w:rPr>
            </w:pPr>
            <w:r>
              <w:rPr>
                <w:sz w:val="18"/>
                <w:szCs w:val="18"/>
              </w:rPr>
              <w:t>3</w:t>
            </w:r>
          </w:p>
        </w:tc>
        <w:tc>
          <w:tcPr>
            <w:tcW w:w="1220" w:type="pct"/>
            <w:vMerge w:val="restart"/>
            <w:shd w:val="clear" w:color="auto" w:fill="DBE5F1" w:themeFill="accent1" w:themeFillTint="33"/>
            <w:vAlign w:val="center"/>
          </w:tcPr>
          <w:p w14:paraId="2BB5653C" w14:textId="1D2BF0B7" w:rsidR="00D0158A" w:rsidRPr="00D0158A" w:rsidRDefault="00D0158A" w:rsidP="00D0158A">
            <w:pPr>
              <w:rPr>
                <w:sz w:val="18"/>
                <w:szCs w:val="18"/>
              </w:rPr>
            </w:pPr>
            <w:r w:rsidRPr="00D0158A">
              <w:rPr>
                <w:sz w:val="18"/>
                <w:szCs w:val="18"/>
              </w:rPr>
              <w:t xml:space="preserve">Autor </w:t>
            </w:r>
            <w:r>
              <w:rPr>
                <w:sz w:val="18"/>
                <w:szCs w:val="18"/>
              </w:rPr>
              <w:t>3</w:t>
            </w:r>
            <w:r w:rsidRPr="00D0158A">
              <w:rPr>
                <w:sz w:val="18"/>
                <w:szCs w:val="18"/>
              </w:rPr>
              <w:t xml:space="preserve"> full name</w:t>
            </w:r>
          </w:p>
        </w:tc>
        <w:tc>
          <w:tcPr>
            <w:tcW w:w="972" w:type="pct"/>
            <w:shd w:val="clear" w:color="auto" w:fill="DBE5F1" w:themeFill="accent1" w:themeFillTint="33"/>
          </w:tcPr>
          <w:p w14:paraId="68F97946" w14:textId="139D9758" w:rsidR="00D0158A" w:rsidRPr="00D0158A" w:rsidRDefault="00D0158A" w:rsidP="00D0158A">
            <w:pPr>
              <w:rPr>
                <w:sz w:val="18"/>
                <w:szCs w:val="18"/>
              </w:rPr>
            </w:pPr>
            <w:r w:rsidRPr="00D0158A">
              <w:rPr>
                <w:sz w:val="18"/>
                <w:szCs w:val="18"/>
              </w:rPr>
              <w:t>Full Affiliation</w:t>
            </w:r>
          </w:p>
        </w:tc>
        <w:tc>
          <w:tcPr>
            <w:tcW w:w="2571" w:type="pct"/>
            <w:shd w:val="clear" w:color="auto" w:fill="DBE5F1" w:themeFill="accent1" w:themeFillTint="33"/>
          </w:tcPr>
          <w:p w14:paraId="45AE6166" w14:textId="0507F2A6" w:rsidR="00D0158A" w:rsidRPr="00D0158A" w:rsidRDefault="00D0158A" w:rsidP="00D0158A">
            <w:pPr>
              <w:rPr>
                <w:sz w:val="18"/>
                <w:szCs w:val="18"/>
              </w:rPr>
            </w:pPr>
          </w:p>
        </w:tc>
      </w:tr>
      <w:tr w:rsidR="00D0158A" w:rsidRPr="00D0158A" w14:paraId="4022D6DD" w14:textId="77777777" w:rsidTr="00576909">
        <w:tc>
          <w:tcPr>
            <w:tcW w:w="237" w:type="pct"/>
            <w:vMerge/>
            <w:shd w:val="clear" w:color="auto" w:fill="DBE5F1" w:themeFill="accent1" w:themeFillTint="33"/>
          </w:tcPr>
          <w:p w14:paraId="74090537" w14:textId="0B280AA7" w:rsidR="00D0158A" w:rsidRPr="00D0158A" w:rsidRDefault="00D0158A" w:rsidP="00D0158A">
            <w:pPr>
              <w:rPr>
                <w:sz w:val="18"/>
                <w:szCs w:val="18"/>
              </w:rPr>
            </w:pPr>
          </w:p>
        </w:tc>
        <w:tc>
          <w:tcPr>
            <w:tcW w:w="1220" w:type="pct"/>
            <w:vMerge/>
            <w:shd w:val="clear" w:color="auto" w:fill="DBE5F1" w:themeFill="accent1" w:themeFillTint="33"/>
          </w:tcPr>
          <w:p w14:paraId="149D943D" w14:textId="77777777" w:rsidR="00D0158A" w:rsidRPr="00D0158A" w:rsidRDefault="00D0158A" w:rsidP="00D0158A">
            <w:pPr>
              <w:rPr>
                <w:sz w:val="18"/>
                <w:szCs w:val="18"/>
              </w:rPr>
            </w:pPr>
          </w:p>
        </w:tc>
        <w:tc>
          <w:tcPr>
            <w:tcW w:w="972" w:type="pct"/>
            <w:shd w:val="clear" w:color="auto" w:fill="DBE5F1" w:themeFill="accent1" w:themeFillTint="33"/>
          </w:tcPr>
          <w:p w14:paraId="7C4CB03D" w14:textId="33D8484D" w:rsidR="00D0158A" w:rsidRPr="00D0158A" w:rsidRDefault="00D0158A" w:rsidP="00D0158A">
            <w:pPr>
              <w:rPr>
                <w:sz w:val="18"/>
                <w:szCs w:val="18"/>
              </w:rPr>
            </w:pPr>
            <w:r w:rsidRPr="00D0158A">
              <w:rPr>
                <w:sz w:val="18"/>
                <w:szCs w:val="18"/>
              </w:rPr>
              <w:t>Email Address</w:t>
            </w:r>
          </w:p>
        </w:tc>
        <w:tc>
          <w:tcPr>
            <w:tcW w:w="2571" w:type="pct"/>
            <w:shd w:val="clear" w:color="auto" w:fill="DBE5F1" w:themeFill="accent1" w:themeFillTint="33"/>
          </w:tcPr>
          <w:p w14:paraId="25120A53" w14:textId="1CF48580" w:rsidR="00D0158A" w:rsidRPr="00D0158A" w:rsidRDefault="00D0158A" w:rsidP="00D0158A">
            <w:pPr>
              <w:rPr>
                <w:sz w:val="18"/>
                <w:szCs w:val="18"/>
              </w:rPr>
            </w:pPr>
          </w:p>
        </w:tc>
      </w:tr>
      <w:tr w:rsidR="00D0158A" w:rsidRPr="00D0158A" w14:paraId="6DB0F379" w14:textId="77777777" w:rsidTr="00576909">
        <w:tc>
          <w:tcPr>
            <w:tcW w:w="237" w:type="pct"/>
            <w:vMerge/>
            <w:shd w:val="clear" w:color="auto" w:fill="DBE5F1" w:themeFill="accent1" w:themeFillTint="33"/>
          </w:tcPr>
          <w:p w14:paraId="310AD8C9" w14:textId="77777777" w:rsidR="00D0158A" w:rsidRPr="00D0158A" w:rsidRDefault="00D0158A" w:rsidP="00D0158A">
            <w:pPr>
              <w:rPr>
                <w:sz w:val="18"/>
                <w:szCs w:val="18"/>
              </w:rPr>
            </w:pPr>
          </w:p>
        </w:tc>
        <w:tc>
          <w:tcPr>
            <w:tcW w:w="1220" w:type="pct"/>
            <w:vMerge/>
            <w:shd w:val="clear" w:color="auto" w:fill="DBE5F1" w:themeFill="accent1" w:themeFillTint="33"/>
          </w:tcPr>
          <w:p w14:paraId="082B5A89" w14:textId="77777777" w:rsidR="00D0158A" w:rsidRPr="00D0158A" w:rsidRDefault="00D0158A" w:rsidP="00D0158A">
            <w:pPr>
              <w:rPr>
                <w:sz w:val="18"/>
                <w:szCs w:val="18"/>
              </w:rPr>
            </w:pPr>
          </w:p>
        </w:tc>
        <w:tc>
          <w:tcPr>
            <w:tcW w:w="972" w:type="pct"/>
            <w:shd w:val="clear" w:color="auto" w:fill="DBE5F1" w:themeFill="accent1" w:themeFillTint="33"/>
          </w:tcPr>
          <w:p w14:paraId="023CE023" w14:textId="3879596D" w:rsidR="00D0158A" w:rsidRPr="00D0158A" w:rsidRDefault="00D0158A" w:rsidP="00D0158A">
            <w:pPr>
              <w:rPr>
                <w:sz w:val="18"/>
                <w:szCs w:val="18"/>
              </w:rPr>
            </w:pPr>
            <w:r w:rsidRPr="00D0158A">
              <w:rPr>
                <w:sz w:val="18"/>
                <w:szCs w:val="18"/>
              </w:rPr>
              <w:t>ORCID ID</w:t>
            </w:r>
          </w:p>
        </w:tc>
        <w:tc>
          <w:tcPr>
            <w:tcW w:w="2571" w:type="pct"/>
            <w:shd w:val="clear" w:color="auto" w:fill="DBE5F1" w:themeFill="accent1" w:themeFillTint="33"/>
          </w:tcPr>
          <w:p w14:paraId="746F5230" w14:textId="6BB24601" w:rsidR="00D0158A" w:rsidRPr="00D0158A" w:rsidRDefault="00D0158A" w:rsidP="00D0158A">
            <w:pPr>
              <w:rPr>
                <w:sz w:val="18"/>
                <w:szCs w:val="18"/>
              </w:rPr>
            </w:pPr>
          </w:p>
        </w:tc>
      </w:tr>
      <w:tr w:rsidR="00D0158A" w:rsidRPr="00D0158A" w14:paraId="29199FA0" w14:textId="77777777" w:rsidTr="00576909">
        <w:tc>
          <w:tcPr>
            <w:tcW w:w="237" w:type="pct"/>
            <w:vMerge w:val="restart"/>
            <w:vAlign w:val="center"/>
          </w:tcPr>
          <w:p w14:paraId="6BEFF59F" w14:textId="759ED78F" w:rsidR="00D0158A" w:rsidRPr="00D0158A" w:rsidRDefault="00D0158A" w:rsidP="00D0158A">
            <w:pPr>
              <w:jc w:val="center"/>
              <w:rPr>
                <w:sz w:val="18"/>
                <w:szCs w:val="18"/>
              </w:rPr>
            </w:pPr>
            <w:r>
              <w:rPr>
                <w:sz w:val="18"/>
                <w:szCs w:val="18"/>
              </w:rPr>
              <w:t>4</w:t>
            </w:r>
          </w:p>
        </w:tc>
        <w:tc>
          <w:tcPr>
            <w:tcW w:w="1220" w:type="pct"/>
            <w:vMerge w:val="restart"/>
            <w:vAlign w:val="center"/>
          </w:tcPr>
          <w:p w14:paraId="6FAEBAE3" w14:textId="02F9205F" w:rsidR="00D0158A" w:rsidRPr="00D0158A" w:rsidRDefault="00D0158A" w:rsidP="00D0158A">
            <w:pPr>
              <w:rPr>
                <w:sz w:val="18"/>
                <w:szCs w:val="18"/>
              </w:rPr>
            </w:pPr>
            <w:r w:rsidRPr="00D0158A">
              <w:rPr>
                <w:sz w:val="18"/>
                <w:szCs w:val="18"/>
              </w:rPr>
              <w:t xml:space="preserve">Autor </w:t>
            </w:r>
            <w:r>
              <w:rPr>
                <w:sz w:val="18"/>
                <w:szCs w:val="18"/>
              </w:rPr>
              <w:t>4</w:t>
            </w:r>
            <w:r w:rsidRPr="00D0158A">
              <w:rPr>
                <w:sz w:val="18"/>
                <w:szCs w:val="18"/>
              </w:rPr>
              <w:t xml:space="preserve"> full name</w:t>
            </w:r>
          </w:p>
        </w:tc>
        <w:tc>
          <w:tcPr>
            <w:tcW w:w="972" w:type="pct"/>
          </w:tcPr>
          <w:p w14:paraId="1D44867C" w14:textId="7E8429AC" w:rsidR="00D0158A" w:rsidRPr="00D0158A" w:rsidRDefault="00D0158A" w:rsidP="00D0158A">
            <w:pPr>
              <w:rPr>
                <w:sz w:val="18"/>
                <w:szCs w:val="18"/>
              </w:rPr>
            </w:pPr>
            <w:r w:rsidRPr="00D0158A">
              <w:rPr>
                <w:sz w:val="18"/>
                <w:szCs w:val="18"/>
              </w:rPr>
              <w:t>Full Affiliation</w:t>
            </w:r>
          </w:p>
        </w:tc>
        <w:tc>
          <w:tcPr>
            <w:tcW w:w="2571" w:type="pct"/>
          </w:tcPr>
          <w:p w14:paraId="68E80BCD" w14:textId="313491A5" w:rsidR="00D0158A" w:rsidRPr="00D0158A" w:rsidRDefault="00D0158A" w:rsidP="00D0158A">
            <w:pPr>
              <w:rPr>
                <w:sz w:val="18"/>
                <w:szCs w:val="18"/>
              </w:rPr>
            </w:pPr>
          </w:p>
        </w:tc>
      </w:tr>
      <w:tr w:rsidR="00D0158A" w:rsidRPr="00D0158A" w14:paraId="394F578B" w14:textId="77777777" w:rsidTr="00576909">
        <w:tc>
          <w:tcPr>
            <w:tcW w:w="237" w:type="pct"/>
            <w:vMerge/>
            <w:vAlign w:val="center"/>
          </w:tcPr>
          <w:p w14:paraId="496A2732" w14:textId="77777777" w:rsidR="00D0158A" w:rsidRPr="00D0158A" w:rsidRDefault="00D0158A" w:rsidP="00D0158A">
            <w:pPr>
              <w:jc w:val="center"/>
              <w:rPr>
                <w:sz w:val="18"/>
                <w:szCs w:val="18"/>
              </w:rPr>
            </w:pPr>
          </w:p>
        </w:tc>
        <w:tc>
          <w:tcPr>
            <w:tcW w:w="1220" w:type="pct"/>
            <w:vMerge/>
          </w:tcPr>
          <w:p w14:paraId="086E9690" w14:textId="77777777" w:rsidR="00D0158A" w:rsidRPr="00D0158A" w:rsidRDefault="00D0158A" w:rsidP="00D0158A">
            <w:pPr>
              <w:rPr>
                <w:sz w:val="18"/>
                <w:szCs w:val="18"/>
              </w:rPr>
            </w:pPr>
          </w:p>
        </w:tc>
        <w:tc>
          <w:tcPr>
            <w:tcW w:w="972" w:type="pct"/>
          </w:tcPr>
          <w:p w14:paraId="1592CD49" w14:textId="36C494DA" w:rsidR="00D0158A" w:rsidRPr="00D0158A" w:rsidRDefault="00D0158A" w:rsidP="00D0158A">
            <w:pPr>
              <w:rPr>
                <w:sz w:val="18"/>
                <w:szCs w:val="18"/>
              </w:rPr>
            </w:pPr>
            <w:r w:rsidRPr="00D0158A">
              <w:rPr>
                <w:sz w:val="18"/>
                <w:szCs w:val="18"/>
              </w:rPr>
              <w:t>Email Address</w:t>
            </w:r>
          </w:p>
        </w:tc>
        <w:tc>
          <w:tcPr>
            <w:tcW w:w="2571" w:type="pct"/>
          </w:tcPr>
          <w:p w14:paraId="3BDA1B1F" w14:textId="48C43564" w:rsidR="00D0158A" w:rsidRPr="00D0158A" w:rsidRDefault="00D0158A" w:rsidP="00D0158A">
            <w:pPr>
              <w:rPr>
                <w:sz w:val="18"/>
                <w:szCs w:val="18"/>
              </w:rPr>
            </w:pPr>
          </w:p>
        </w:tc>
      </w:tr>
      <w:tr w:rsidR="00D0158A" w:rsidRPr="00D0158A" w14:paraId="1E195AD9" w14:textId="77777777" w:rsidTr="00576909">
        <w:tc>
          <w:tcPr>
            <w:tcW w:w="237" w:type="pct"/>
            <w:vMerge/>
            <w:vAlign w:val="center"/>
          </w:tcPr>
          <w:p w14:paraId="7B290906" w14:textId="77777777" w:rsidR="00D0158A" w:rsidRPr="00D0158A" w:rsidRDefault="00D0158A" w:rsidP="00D0158A">
            <w:pPr>
              <w:jc w:val="center"/>
              <w:rPr>
                <w:sz w:val="18"/>
                <w:szCs w:val="18"/>
              </w:rPr>
            </w:pPr>
          </w:p>
        </w:tc>
        <w:tc>
          <w:tcPr>
            <w:tcW w:w="1220" w:type="pct"/>
            <w:vMerge/>
          </w:tcPr>
          <w:p w14:paraId="704C3006" w14:textId="77777777" w:rsidR="00D0158A" w:rsidRPr="00D0158A" w:rsidRDefault="00D0158A" w:rsidP="00D0158A">
            <w:pPr>
              <w:rPr>
                <w:sz w:val="18"/>
                <w:szCs w:val="18"/>
              </w:rPr>
            </w:pPr>
          </w:p>
        </w:tc>
        <w:tc>
          <w:tcPr>
            <w:tcW w:w="972" w:type="pct"/>
          </w:tcPr>
          <w:p w14:paraId="35DB5855" w14:textId="4A0B8EC7" w:rsidR="00D0158A" w:rsidRPr="00D0158A" w:rsidRDefault="00D0158A" w:rsidP="00D0158A">
            <w:pPr>
              <w:rPr>
                <w:sz w:val="18"/>
                <w:szCs w:val="18"/>
              </w:rPr>
            </w:pPr>
            <w:r w:rsidRPr="00D0158A">
              <w:rPr>
                <w:sz w:val="18"/>
                <w:szCs w:val="18"/>
              </w:rPr>
              <w:t>ORCID ID</w:t>
            </w:r>
          </w:p>
        </w:tc>
        <w:tc>
          <w:tcPr>
            <w:tcW w:w="2571" w:type="pct"/>
          </w:tcPr>
          <w:p w14:paraId="3AD87BFD" w14:textId="2A411DFD" w:rsidR="00D0158A" w:rsidRPr="00D0158A" w:rsidRDefault="00D0158A" w:rsidP="00D0158A">
            <w:pPr>
              <w:rPr>
                <w:sz w:val="18"/>
                <w:szCs w:val="18"/>
              </w:rPr>
            </w:pPr>
          </w:p>
        </w:tc>
      </w:tr>
      <w:tr w:rsidR="004D4426" w:rsidRPr="00D0158A" w14:paraId="6896648D" w14:textId="77777777" w:rsidTr="00576909">
        <w:tc>
          <w:tcPr>
            <w:tcW w:w="237" w:type="pct"/>
            <w:vMerge w:val="restart"/>
            <w:shd w:val="clear" w:color="auto" w:fill="DBE5F1" w:themeFill="accent1" w:themeFillTint="33"/>
            <w:vAlign w:val="center"/>
          </w:tcPr>
          <w:p w14:paraId="7242D199" w14:textId="256A0815" w:rsidR="004D4426" w:rsidRPr="00D0158A" w:rsidRDefault="004D4426" w:rsidP="004D4426">
            <w:pPr>
              <w:jc w:val="center"/>
              <w:rPr>
                <w:sz w:val="18"/>
                <w:szCs w:val="18"/>
              </w:rPr>
            </w:pPr>
            <w:r>
              <w:rPr>
                <w:sz w:val="18"/>
                <w:szCs w:val="18"/>
              </w:rPr>
              <w:t>5</w:t>
            </w:r>
          </w:p>
        </w:tc>
        <w:tc>
          <w:tcPr>
            <w:tcW w:w="1220" w:type="pct"/>
            <w:vMerge w:val="restart"/>
            <w:shd w:val="clear" w:color="auto" w:fill="DBE5F1" w:themeFill="accent1" w:themeFillTint="33"/>
            <w:vAlign w:val="center"/>
          </w:tcPr>
          <w:p w14:paraId="086FCBBA" w14:textId="6CA39E49" w:rsidR="004D4426" w:rsidRPr="00D0158A" w:rsidRDefault="004D4426" w:rsidP="00D0158A">
            <w:pPr>
              <w:rPr>
                <w:sz w:val="18"/>
                <w:szCs w:val="18"/>
              </w:rPr>
            </w:pPr>
            <w:r w:rsidRPr="00D0158A">
              <w:rPr>
                <w:sz w:val="18"/>
                <w:szCs w:val="18"/>
              </w:rPr>
              <w:t xml:space="preserve">Autor </w:t>
            </w:r>
            <w:r>
              <w:rPr>
                <w:sz w:val="18"/>
                <w:szCs w:val="18"/>
              </w:rPr>
              <w:t>5</w:t>
            </w:r>
            <w:r w:rsidRPr="00D0158A">
              <w:rPr>
                <w:sz w:val="18"/>
                <w:szCs w:val="18"/>
              </w:rPr>
              <w:t xml:space="preserve"> full name</w:t>
            </w:r>
          </w:p>
        </w:tc>
        <w:tc>
          <w:tcPr>
            <w:tcW w:w="972" w:type="pct"/>
            <w:shd w:val="clear" w:color="auto" w:fill="DBE5F1" w:themeFill="accent1" w:themeFillTint="33"/>
          </w:tcPr>
          <w:p w14:paraId="43E75CD6" w14:textId="7D873406" w:rsidR="004D4426" w:rsidRPr="00D0158A" w:rsidRDefault="004D4426" w:rsidP="00D0158A">
            <w:pPr>
              <w:rPr>
                <w:sz w:val="18"/>
                <w:szCs w:val="18"/>
              </w:rPr>
            </w:pPr>
            <w:r w:rsidRPr="00D0158A">
              <w:rPr>
                <w:sz w:val="18"/>
                <w:szCs w:val="18"/>
              </w:rPr>
              <w:t>Full Affiliation</w:t>
            </w:r>
          </w:p>
        </w:tc>
        <w:tc>
          <w:tcPr>
            <w:tcW w:w="2571" w:type="pct"/>
            <w:shd w:val="clear" w:color="auto" w:fill="DBE5F1" w:themeFill="accent1" w:themeFillTint="33"/>
          </w:tcPr>
          <w:p w14:paraId="1DE15569" w14:textId="1F283287" w:rsidR="004D4426" w:rsidRPr="00D0158A" w:rsidRDefault="004D4426" w:rsidP="00D0158A">
            <w:pPr>
              <w:rPr>
                <w:sz w:val="18"/>
                <w:szCs w:val="18"/>
              </w:rPr>
            </w:pPr>
          </w:p>
        </w:tc>
      </w:tr>
      <w:tr w:rsidR="004D4426" w:rsidRPr="00D0158A" w14:paraId="03D53CB1" w14:textId="77777777" w:rsidTr="00576909">
        <w:tc>
          <w:tcPr>
            <w:tcW w:w="237" w:type="pct"/>
            <w:vMerge/>
            <w:shd w:val="clear" w:color="auto" w:fill="DBE5F1" w:themeFill="accent1" w:themeFillTint="33"/>
            <w:vAlign w:val="center"/>
          </w:tcPr>
          <w:p w14:paraId="3E93AD2C" w14:textId="77777777" w:rsidR="004D4426" w:rsidRPr="00D0158A" w:rsidRDefault="004D4426" w:rsidP="004D4426">
            <w:pPr>
              <w:jc w:val="center"/>
              <w:rPr>
                <w:sz w:val="18"/>
                <w:szCs w:val="18"/>
              </w:rPr>
            </w:pPr>
          </w:p>
        </w:tc>
        <w:tc>
          <w:tcPr>
            <w:tcW w:w="1220" w:type="pct"/>
            <w:vMerge/>
            <w:shd w:val="clear" w:color="auto" w:fill="DBE5F1" w:themeFill="accent1" w:themeFillTint="33"/>
          </w:tcPr>
          <w:p w14:paraId="42673445" w14:textId="77777777" w:rsidR="004D4426" w:rsidRPr="00D0158A" w:rsidRDefault="004D4426" w:rsidP="00D0158A">
            <w:pPr>
              <w:rPr>
                <w:sz w:val="18"/>
                <w:szCs w:val="18"/>
              </w:rPr>
            </w:pPr>
          </w:p>
        </w:tc>
        <w:tc>
          <w:tcPr>
            <w:tcW w:w="972" w:type="pct"/>
            <w:shd w:val="clear" w:color="auto" w:fill="DBE5F1" w:themeFill="accent1" w:themeFillTint="33"/>
          </w:tcPr>
          <w:p w14:paraId="0C4D1941" w14:textId="28D2A637" w:rsidR="004D4426" w:rsidRPr="00D0158A" w:rsidRDefault="004D4426" w:rsidP="00D0158A">
            <w:pPr>
              <w:rPr>
                <w:sz w:val="18"/>
                <w:szCs w:val="18"/>
              </w:rPr>
            </w:pPr>
            <w:r w:rsidRPr="00D0158A">
              <w:rPr>
                <w:sz w:val="18"/>
                <w:szCs w:val="18"/>
              </w:rPr>
              <w:t>Email Address</w:t>
            </w:r>
          </w:p>
        </w:tc>
        <w:tc>
          <w:tcPr>
            <w:tcW w:w="2571" w:type="pct"/>
            <w:shd w:val="clear" w:color="auto" w:fill="DBE5F1" w:themeFill="accent1" w:themeFillTint="33"/>
          </w:tcPr>
          <w:p w14:paraId="04CE9275" w14:textId="642720AF" w:rsidR="004D4426" w:rsidRPr="00D0158A" w:rsidRDefault="004D4426" w:rsidP="00D0158A">
            <w:pPr>
              <w:rPr>
                <w:sz w:val="18"/>
                <w:szCs w:val="18"/>
              </w:rPr>
            </w:pPr>
          </w:p>
        </w:tc>
      </w:tr>
      <w:tr w:rsidR="004D4426" w:rsidRPr="00D0158A" w14:paraId="2A020422" w14:textId="77777777" w:rsidTr="00576909">
        <w:tc>
          <w:tcPr>
            <w:tcW w:w="237" w:type="pct"/>
            <w:vMerge/>
            <w:shd w:val="clear" w:color="auto" w:fill="DBE5F1" w:themeFill="accent1" w:themeFillTint="33"/>
            <w:vAlign w:val="center"/>
          </w:tcPr>
          <w:p w14:paraId="4343B85D" w14:textId="77777777" w:rsidR="004D4426" w:rsidRPr="00D0158A" w:rsidRDefault="004D4426" w:rsidP="004D4426">
            <w:pPr>
              <w:jc w:val="center"/>
              <w:rPr>
                <w:sz w:val="18"/>
                <w:szCs w:val="18"/>
              </w:rPr>
            </w:pPr>
          </w:p>
        </w:tc>
        <w:tc>
          <w:tcPr>
            <w:tcW w:w="1220" w:type="pct"/>
            <w:vMerge/>
            <w:shd w:val="clear" w:color="auto" w:fill="DBE5F1" w:themeFill="accent1" w:themeFillTint="33"/>
          </w:tcPr>
          <w:p w14:paraId="1804A1C7" w14:textId="77777777" w:rsidR="004D4426" w:rsidRPr="00D0158A" w:rsidRDefault="004D4426" w:rsidP="00D0158A">
            <w:pPr>
              <w:rPr>
                <w:sz w:val="18"/>
                <w:szCs w:val="18"/>
              </w:rPr>
            </w:pPr>
          </w:p>
        </w:tc>
        <w:tc>
          <w:tcPr>
            <w:tcW w:w="972" w:type="pct"/>
            <w:shd w:val="clear" w:color="auto" w:fill="DBE5F1" w:themeFill="accent1" w:themeFillTint="33"/>
          </w:tcPr>
          <w:p w14:paraId="04BF088B" w14:textId="7ADF4CC0" w:rsidR="004D4426" w:rsidRPr="00D0158A" w:rsidRDefault="004D4426" w:rsidP="00D0158A">
            <w:pPr>
              <w:rPr>
                <w:sz w:val="18"/>
                <w:szCs w:val="18"/>
              </w:rPr>
            </w:pPr>
            <w:r w:rsidRPr="00D0158A">
              <w:rPr>
                <w:sz w:val="18"/>
                <w:szCs w:val="18"/>
              </w:rPr>
              <w:t>ORCID ID</w:t>
            </w:r>
          </w:p>
        </w:tc>
        <w:tc>
          <w:tcPr>
            <w:tcW w:w="2571" w:type="pct"/>
            <w:shd w:val="clear" w:color="auto" w:fill="DBE5F1" w:themeFill="accent1" w:themeFillTint="33"/>
          </w:tcPr>
          <w:p w14:paraId="2FB76748" w14:textId="4C1DC9E4" w:rsidR="004D4426" w:rsidRPr="00D0158A" w:rsidRDefault="004D4426" w:rsidP="00D0158A">
            <w:pPr>
              <w:rPr>
                <w:sz w:val="18"/>
                <w:szCs w:val="18"/>
              </w:rPr>
            </w:pPr>
          </w:p>
        </w:tc>
      </w:tr>
    </w:tbl>
    <w:p w14:paraId="1B4204A9" w14:textId="77777777" w:rsidR="006F013C" w:rsidRDefault="006F013C"/>
    <w:p w14:paraId="07C7C30C" w14:textId="77777777" w:rsidR="00D16A8A" w:rsidRPr="00B9008A" w:rsidRDefault="00D16A8A" w:rsidP="00D16A8A">
      <w:pPr>
        <w:pStyle w:val="Heading1"/>
      </w:pPr>
      <w:r w:rsidRPr="00B9008A">
        <w:t>Acknowledgements</w:t>
      </w:r>
    </w:p>
    <w:p w14:paraId="1592563D" w14:textId="77777777" w:rsidR="00D16A8A" w:rsidRDefault="00D16A8A" w:rsidP="00D16A8A">
      <w:pPr>
        <w:pStyle w:val="ETESParagraph"/>
      </w:pPr>
      <w:r w:rsidRPr="007A513D">
        <w:t>Authors can express their appreciation to relevant organizations and individuals who have provided financial assistance or academic support to the research efforts.</w:t>
      </w:r>
    </w:p>
    <w:p w14:paraId="24825B38" w14:textId="77777777" w:rsidR="00D16A8A" w:rsidRDefault="00D16A8A" w:rsidP="00D16A8A">
      <w:pPr>
        <w:pStyle w:val="Heading1"/>
      </w:pPr>
      <w:r>
        <w:t>Author Contribution</w:t>
      </w:r>
    </w:p>
    <w:p w14:paraId="37F24624" w14:textId="77777777" w:rsidR="00D16A8A" w:rsidRPr="002A762A" w:rsidRDefault="00D16A8A" w:rsidP="00D16A8A">
      <w:pPr>
        <w:pStyle w:val="ETESParagraph"/>
        <w:rPr>
          <w:i/>
          <w:iCs/>
          <w:u w:val="single"/>
        </w:rPr>
      </w:pPr>
      <w:r w:rsidRPr="004B72E8">
        <w:rPr>
          <w:i/>
          <w:iCs/>
          <w:color w:val="FF0000"/>
          <w:u w:val="single"/>
        </w:rPr>
        <w:t>For example</w:t>
      </w:r>
      <w:r w:rsidRPr="002A762A">
        <w:rPr>
          <w:i/>
          <w:iCs/>
          <w:u w:val="single"/>
        </w:rPr>
        <w:t>:</w:t>
      </w:r>
    </w:p>
    <w:p w14:paraId="6479A1E7" w14:textId="77777777" w:rsidR="00D16A8A" w:rsidRDefault="00D16A8A" w:rsidP="00D16A8A">
      <w:pPr>
        <w:pStyle w:val="ETESParagraph"/>
      </w:pPr>
      <w:r w:rsidRPr="004B72E8">
        <w:rPr>
          <w:b/>
          <w:bCs/>
        </w:rPr>
        <w:t>Author 1</w:t>
      </w:r>
      <w:r>
        <w:t xml:space="preserve"> proposed the research problem.</w:t>
      </w:r>
    </w:p>
    <w:p w14:paraId="2944F80E" w14:textId="77777777" w:rsidR="00D16A8A" w:rsidRDefault="00D16A8A" w:rsidP="00D16A8A">
      <w:pPr>
        <w:pStyle w:val="ETESParagraph"/>
      </w:pPr>
      <w:r w:rsidRPr="004B72E8">
        <w:rPr>
          <w:b/>
          <w:bCs/>
        </w:rPr>
        <w:t>Author 1</w:t>
      </w:r>
      <w:r>
        <w:rPr>
          <w:b/>
          <w:bCs/>
        </w:rPr>
        <w:t xml:space="preserve"> </w:t>
      </w:r>
      <w:r>
        <w:t>developed the theoretical framework.</w:t>
      </w:r>
    </w:p>
    <w:p w14:paraId="55ED0275" w14:textId="77777777" w:rsidR="00D16A8A" w:rsidRDefault="00D16A8A" w:rsidP="00D16A8A">
      <w:pPr>
        <w:pStyle w:val="ETESParagraph"/>
      </w:pPr>
      <w:r w:rsidRPr="004B72E8">
        <w:rPr>
          <w:b/>
          <w:bCs/>
        </w:rPr>
        <w:t xml:space="preserve">Author </w:t>
      </w:r>
      <w:r>
        <w:rPr>
          <w:b/>
          <w:bCs/>
        </w:rPr>
        <w:t xml:space="preserve">3 </w:t>
      </w:r>
      <w:r>
        <w:t>verified the analytical methods.</w:t>
      </w:r>
    </w:p>
    <w:p w14:paraId="00842663" w14:textId="77777777" w:rsidR="00D16A8A" w:rsidRDefault="00D16A8A" w:rsidP="00D16A8A">
      <w:pPr>
        <w:pStyle w:val="ETESParagraph"/>
      </w:pPr>
      <w:r>
        <w:t>All authors participated in the discussion of the results and contributed to writing the manuscript.</w:t>
      </w:r>
    </w:p>
    <w:p w14:paraId="7159E146" w14:textId="77777777" w:rsidR="00576909" w:rsidRPr="00B9008A" w:rsidRDefault="00576909" w:rsidP="00576909">
      <w:pPr>
        <w:pStyle w:val="Heading1"/>
      </w:pPr>
      <w:r w:rsidRPr="00B9008A">
        <w:t>Conflict of interest</w:t>
      </w:r>
    </w:p>
    <w:p w14:paraId="20241F6F" w14:textId="77777777" w:rsidR="00576909" w:rsidRDefault="00576909" w:rsidP="00576909">
      <w:pPr>
        <w:pStyle w:val="ETESParagraph"/>
      </w:pPr>
      <w:r w:rsidRPr="004B72E8">
        <w:t>The author(s) must explicitly state that there are no conflicts of interest related to the publication of this article. A conflict-of-interest statement should be included in the manuscript, worded as follows: "The authors declare no conflicts of interest concerning this research."</w:t>
      </w:r>
    </w:p>
    <w:p w14:paraId="24D6B978" w14:textId="77777777" w:rsidR="00576909" w:rsidRDefault="00576909" w:rsidP="00576909">
      <w:pPr>
        <w:pStyle w:val="Heading1"/>
      </w:pPr>
      <w:r>
        <w:t>Funding</w:t>
      </w:r>
    </w:p>
    <w:p w14:paraId="5C9609C2" w14:textId="77777777" w:rsidR="00576909" w:rsidRDefault="00576909" w:rsidP="00576909">
      <w:pPr>
        <w:pStyle w:val="ETESParagraph"/>
      </w:pPr>
      <w:r>
        <w:t>To ensure transparency in the research and publication process, authors must clearly disclose all sources of financial support related to the research and/or preparation of the manuscript. This includes specifying the name(s) of the funding organization(s) and briefly describing their role, if any, in the design of the study, data collection, analysis, interpretation, manuscript preparation, or the decision to submit the work for publication. If the funder(s) had no such involvement, this should be explicitly stated in the manuscript.</w:t>
      </w:r>
    </w:p>
    <w:p w14:paraId="0301372A" w14:textId="77777777" w:rsidR="00576909" w:rsidRDefault="00576909" w:rsidP="00576909">
      <w:pPr>
        <w:pStyle w:val="ETESParagraph"/>
      </w:pPr>
      <w:r>
        <w:t xml:space="preserve">If funding was provided, they should use statements such as </w:t>
      </w:r>
    </w:p>
    <w:p w14:paraId="60ADF802" w14:textId="77777777" w:rsidR="00576909" w:rsidRDefault="00576909" w:rsidP="00576909">
      <w:pPr>
        <w:pStyle w:val="ETESParagraph"/>
        <w:ind w:firstLine="0"/>
      </w:pPr>
      <w:r>
        <w:t xml:space="preserve">"This study was funded by [Funding Agency]" </w:t>
      </w:r>
    </w:p>
    <w:p w14:paraId="0D1055F3" w14:textId="77777777" w:rsidR="00576909" w:rsidRDefault="00576909" w:rsidP="00576909">
      <w:pPr>
        <w:pStyle w:val="ETESParagraph"/>
        <w:ind w:firstLine="0"/>
      </w:pPr>
      <w:r>
        <w:lastRenderedPageBreak/>
        <w:t xml:space="preserve">or </w:t>
      </w:r>
    </w:p>
    <w:p w14:paraId="46BE0100" w14:textId="77777777" w:rsidR="00576909" w:rsidRDefault="00576909" w:rsidP="00576909">
      <w:pPr>
        <w:pStyle w:val="ETESParagraph"/>
        <w:ind w:firstLine="0"/>
      </w:pPr>
      <w:r>
        <w:t xml:space="preserve">"The research leading to these results received funding from [Funding Agency] under Grant Agreement No. [Grant Number]." </w:t>
      </w:r>
    </w:p>
    <w:p w14:paraId="02393FE9" w14:textId="77777777" w:rsidR="00576909" w:rsidRPr="004E5AA9" w:rsidRDefault="00576909" w:rsidP="00576909">
      <w:pPr>
        <w:pStyle w:val="ETESParagraph"/>
      </w:pPr>
      <w:r w:rsidRPr="004E5AA9">
        <w:t xml:space="preserve">If no funding was received, authors should use statements such as </w:t>
      </w:r>
    </w:p>
    <w:p w14:paraId="69557820" w14:textId="77777777" w:rsidR="00576909" w:rsidRDefault="00576909" w:rsidP="00576909">
      <w:pPr>
        <w:pStyle w:val="ETESParagraph"/>
        <w:ind w:firstLine="0"/>
      </w:pPr>
      <w:r>
        <w:t xml:space="preserve">"No funding was received for conducting this study" </w:t>
      </w:r>
    </w:p>
    <w:p w14:paraId="0EEE6375" w14:textId="77777777" w:rsidR="00576909" w:rsidRDefault="00576909" w:rsidP="00576909">
      <w:pPr>
        <w:pStyle w:val="ETESParagraph"/>
        <w:ind w:firstLine="0"/>
      </w:pPr>
      <w:r>
        <w:t xml:space="preserve">or </w:t>
      </w:r>
    </w:p>
    <w:p w14:paraId="6A6A4556" w14:textId="77777777" w:rsidR="00576909" w:rsidRDefault="00576909" w:rsidP="00576909">
      <w:pPr>
        <w:pStyle w:val="ETESParagraph"/>
        <w:ind w:firstLine="0"/>
      </w:pPr>
      <w:r>
        <w:t>"The authors did not receive support from any organization for the submitted work."</w:t>
      </w:r>
    </w:p>
    <w:p w14:paraId="36DBACD6" w14:textId="77777777" w:rsidR="00D16A8A" w:rsidRDefault="00D16A8A"/>
    <w:sectPr w:rsidR="00D16A8A" w:rsidSect="003C2B1E">
      <w:headerReference w:type="default" r:id="rId8"/>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08EC4" w14:textId="77777777" w:rsidR="00197931" w:rsidRDefault="00197931" w:rsidP="00E06400">
      <w:pPr>
        <w:spacing w:after="0" w:line="240" w:lineRule="auto"/>
      </w:pPr>
      <w:r>
        <w:separator/>
      </w:r>
    </w:p>
  </w:endnote>
  <w:endnote w:type="continuationSeparator" w:id="0">
    <w:p w14:paraId="2AA11692" w14:textId="77777777" w:rsidR="00197931" w:rsidRDefault="00197931" w:rsidP="00E06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D59D4" w14:textId="77777777" w:rsidR="00197931" w:rsidRDefault="00197931" w:rsidP="00E06400">
      <w:pPr>
        <w:spacing w:after="0" w:line="240" w:lineRule="auto"/>
      </w:pPr>
      <w:r>
        <w:separator/>
      </w:r>
    </w:p>
  </w:footnote>
  <w:footnote w:type="continuationSeparator" w:id="0">
    <w:p w14:paraId="5263EF67" w14:textId="77777777" w:rsidR="00197931" w:rsidRDefault="00197931" w:rsidP="00E064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F3614" w14:textId="77777777" w:rsidR="00E06400" w:rsidRDefault="00E064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53055895">
    <w:abstractNumId w:val="8"/>
  </w:num>
  <w:num w:numId="2" w16cid:durableId="1725979013">
    <w:abstractNumId w:val="6"/>
  </w:num>
  <w:num w:numId="3" w16cid:durableId="461769540">
    <w:abstractNumId w:val="5"/>
  </w:num>
  <w:num w:numId="4" w16cid:durableId="620385739">
    <w:abstractNumId w:val="4"/>
  </w:num>
  <w:num w:numId="5" w16cid:durableId="2138526414">
    <w:abstractNumId w:val="7"/>
  </w:num>
  <w:num w:numId="6" w16cid:durableId="369961537">
    <w:abstractNumId w:val="3"/>
  </w:num>
  <w:num w:numId="7" w16cid:durableId="1075010387">
    <w:abstractNumId w:val="2"/>
  </w:num>
  <w:num w:numId="8" w16cid:durableId="296029537">
    <w:abstractNumId w:val="1"/>
  </w:num>
  <w:num w:numId="9" w16cid:durableId="2036925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c0Njc1M7AwN7UwNTBT0lEKTi0uzszPAykwrgUAHostPSwAAAA="/>
  </w:docVars>
  <w:rsids>
    <w:rsidRoot w:val="00B47730"/>
    <w:rsid w:val="00034616"/>
    <w:rsid w:val="0006063C"/>
    <w:rsid w:val="0015074B"/>
    <w:rsid w:val="00182BDC"/>
    <w:rsid w:val="00197931"/>
    <w:rsid w:val="0023508B"/>
    <w:rsid w:val="0029639D"/>
    <w:rsid w:val="00326F90"/>
    <w:rsid w:val="003C2B1E"/>
    <w:rsid w:val="00431905"/>
    <w:rsid w:val="004D4426"/>
    <w:rsid w:val="004D5E82"/>
    <w:rsid w:val="00576909"/>
    <w:rsid w:val="005E11B7"/>
    <w:rsid w:val="006105BB"/>
    <w:rsid w:val="00631AAB"/>
    <w:rsid w:val="006F013C"/>
    <w:rsid w:val="008670AE"/>
    <w:rsid w:val="00896F1B"/>
    <w:rsid w:val="008B2E66"/>
    <w:rsid w:val="00A30372"/>
    <w:rsid w:val="00AA1D8D"/>
    <w:rsid w:val="00AA4B06"/>
    <w:rsid w:val="00B47730"/>
    <w:rsid w:val="00CB0664"/>
    <w:rsid w:val="00D0158A"/>
    <w:rsid w:val="00D16A8A"/>
    <w:rsid w:val="00E06400"/>
    <w:rsid w:val="00E84012"/>
    <w:rsid w:val="00EA05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DD13CB"/>
  <w14:defaultImageDpi w14:val="300"/>
  <w15:docId w15:val="{27928EB1-CCD4-482B-A521-C03FE2C46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TESParagraph">
    <w:name w:val="ETES Paragraph"/>
    <w:basedOn w:val="Normal"/>
    <w:rsid w:val="00D16A8A"/>
    <w:pPr>
      <w:spacing w:after="120"/>
      <w:ind w:firstLine="432"/>
      <w:jc w:val="both"/>
    </w:pPr>
    <w:rPr>
      <w:rFonts w:ascii="Times New Roman" w:eastAsia="Times New Roman" w:hAnsi="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Al-Kindy Proofreading</cp:lastModifiedBy>
  <cp:revision>6</cp:revision>
  <dcterms:created xsi:type="dcterms:W3CDTF">2025-07-16T11:58:00Z</dcterms:created>
  <dcterms:modified xsi:type="dcterms:W3CDTF">2026-09-06T08:54:00Z</dcterms:modified>
  <cp:category/>
</cp:coreProperties>
</file>